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before="0" w:lineRule="auto"/>
        <w:rPr/>
      </w:pPr>
      <w:r w:rsidDel="00000000" w:rsidR="00000000" w:rsidRPr="00000000">
        <w:rPr>
          <w:b w:val="1"/>
          <w:bCs w:val="1"/>
          <w:color w:val="1b365d"/>
          <w:sz w:val="48"/>
          <w:szCs w:val="48"/>
          <w:rtl w:val="0"/>
        </w:rPr>
        <w:t xml:space="preserve">Membership Secretary’s Annual Report</w:t>
      </w:r>
      <w:r w:rsidDel="00000000" w:rsidR="00000000" w:rsidRPr="00000000">
        <w:rPr>
          <w:rtl w:val="0"/>
        </w:rPr>
      </w:r>
    </w:p>
    <w:p w:rsidR="00000000" w:rsidDel="00000000" w:rsidP="00000000" w:rsidRDefault="00000000" w:rsidRPr="00000000" w14:paraId="00000002">
      <w:pPr>
        <w:spacing w:after="480" w:lineRule="auto"/>
        <w:rPr/>
      </w:pPr>
      <w:r w:rsidDel="00000000" w:rsidR="00000000" w:rsidRPr="00000000">
        <w:rPr>
          <w:i w:val="1"/>
          <w:iCs w:val="1"/>
          <w:color w:val="555555"/>
          <w:sz w:val="24"/>
          <w:szCs w:val="24"/>
          <w:rtl w:val="0"/>
        </w:rPr>
        <w:t xml:space="preserve">2025/2026 Season | Bath Rugby Supporters Club</w:t>
      </w:r>
      <w:r w:rsidDel="00000000" w:rsidR="00000000" w:rsidRPr="00000000">
        <w:rPr>
          <w:rtl w:val="0"/>
        </w:rPr>
      </w:r>
    </w:p>
    <w:p w:rsidR="00000000" w:rsidDel="00000000" w:rsidP="00000000" w:rsidRDefault="00000000" w:rsidRPr="00000000" w14:paraId="00000003">
      <w:pPr>
        <w:keepNext w:val="1"/>
        <w:spacing w:after="120" w:before="0" w:lineRule="auto"/>
        <w:rPr/>
      </w:pPr>
      <w:r w:rsidDel="00000000" w:rsidR="00000000" w:rsidRPr="00000000">
        <w:rPr>
          <w:b w:val="1"/>
          <w:bCs w:val="1"/>
          <w:color w:val="4b6b94"/>
          <w:sz w:val="28"/>
          <w:szCs w:val="28"/>
          <w:rtl w:val="0"/>
        </w:rPr>
        <w:t xml:space="preserve">Executive Summary</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My first year as Membership Secretary has been both rewarding and highly active. Driven by Bath Rugby’s fantastic championship-winning season, our club experienced a </w:t>
      </w:r>
      <w:r w:rsidDel="00000000" w:rsidR="00000000" w:rsidRPr="00000000">
        <w:rPr>
          <w:b w:val="1"/>
          <w:bCs w:val="1"/>
          <w:rtl w:val="0"/>
        </w:rPr>
        <w:t xml:space="preserve">record-breaking surge in membership</w:t>
      </w:r>
      <w:r w:rsidDel="00000000" w:rsidR="00000000" w:rsidRPr="00000000">
        <w:rPr>
          <w:rtl w:val="0"/>
        </w:rPr>
        <w:t xml:space="preserve">, peaking at approximately 1,600 members. To support this rapid growth and modernise our operations, we are actively upgrading our administrative tools to improve future efficiency.</w:t>
      </w:r>
    </w:p>
    <w:p w:rsidR="00000000" w:rsidDel="00000000" w:rsidP="00000000" w:rsidRDefault="00000000" w:rsidRPr="00000000" w14:paraId="00000005">
      <w:pPr>
        <w:keepNext w:val="1"/>
        <w:spacing w:after="120" w:before="240" w:lineRule="auto"/>
        <w:rPr/>
      </w:pPr>
      <w:r w:rsidDel="00000000" w:rsidR="00000000" w:rsidRPr="00000000">
        <w:rPr>
          <w:b w:val="1"/>
          <w:bCs w:val="1"/>
          <w:color w:val="4b6b94"/>
          <w:sz w:val="28"/>
          <w:szCs w:val="28"/>
          <w:rtl w:val="0"/>
        </w:rPr>
        <w:t xml:space="preserve">Membership Statistics &amp; Insights</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Our membership base increased significantly this year due to on-field success:</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Arial" w:cs="Arial" w:eastAsia="Arial" w:hAnsi="Arial"/>
          <w:b w:val="1"/>
          <w:bCs w:val="1"/>
          <w:i w:val="0"/>
          <w:iCs w:val="0"/>
          <w:smallCaps w:val="0"/>
          <w:strike w:val="0"/>
          <w:color w:val="333333"/>
          <w:sz w:val="22"/>
          <w:szCs w:val="22"/>
          <w:u w:val="none"/>
          <w:shd w:fill="auto" w:val="clear"/>
          <w:vertAlign w:val="baseline"/>
          <w:rtl w:val="0"/>
        </w:rPr>
        <w:t xml:space="preserve">Baseline (Start of 2025):</w:t>
      </w:r>
      <w:r w:rsidDel="00000000" w:rsidR="00000000" w:rsidRPr="00000000">
        <w:rPr>
          <w:rFonts w:ascii="Arial" w:cs="Arial" w:eastAsia="Arial" w:hAnsi="Arial"/>
          <w:b w:val="0"/>
          <w:bCs w:val="0"/>
          <w:i w:val="0"/>
          <w:iCs w:val="0"/>
          <w:smallCaps w:val="0"/>
          <w:strike w:val="0"/>
          <w:color w:val="333333"/>
          <w:sz w:val="22"/>
          <w:szCs w:val="22"/>
          <w:u w:val="none"/>
          <w:shd w:fill="auto" w:val="clear"/>
          <w:vertAlign w:val="baseline"/>
          <w:rtl w:val="0"/>
        </w:rPr>
        <w:t xml:space="preserve"> ~725 members</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Arial" w:cs="Arial" w:eastAsia="Arial" w:hAnsi="Arial"/>
          <w:b w:val="1"/>
          <w:bCs w:val="1"/>
          <w:i w:val="0"/>
          <w:iCs w:val="0"/>
          <w:smallCaps w:val="0"/>
          <w:strike w:val="0"/>
          <w:color w:val="333333"/>
          <w:sz w:val="22"/>
          <w:szCs w:val="22"/>
          <w:u w:val="none"/>
          <w:shd w:fill="auto" w:val="clear"/>
          <w:vertAlign w:val="baseline"/>
          <w:rtl w:val="0"/>
        </w:rPr>
        <w:t xml:space="preserve">Peak Membership (2025/2026 Season):</w:t>
      </w:r>
      <w:r w:rsidDel="00000000" w:rsidR="00000000" w:rsidRPr="00000000">
        <w:rPr>
          <w:rFonts w:ascii="Arial" w:cs="Arial" w:eastAsia="Arial" w:hAnsi="Arial"/>
          <w:b w:val="0"/>
          <w:bCs w:val="0"/>
          <w:i w:val="0"/>
          <w:iCs w:val="0"/>
          <w:smallCaps w:val="0"/>
          <w:strike w:val="0"/>
          <w:color w:val="333333"/>
          <w:sz w:val="22"/>
          <w:szCs w:val="22"/>
          <w:u w:val="none"/>
          <w:shd w:fill="auto" w:val="clear"/>
          <w:vertAlign w:val="baseline"/>
          <w:rtl w:val="0"/>
        </w:rPr>
        <w:t xml:space="preserve"> ~1,600 members</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Arial" w:cs="Arial" w:eastAsia="Arial" w:hAnsi="Arial"/>
          <w:b w:val="1"/>
          <w:bCs w:val="1"/>
          <w:i w:val="0"/>
          <w:iCs w:val="0"/>
          <w:smallCaps w:val="0"/>
          <w:strike w:val="0"/>
          <w:color w:val="333333"/>
          <w:sz w:val="22"/>
          <w:szCs w:val="22"/>
          <w:u w:val="none"/>
          <w:shd w:fill="auto" w:val="clear"/>
          <w:vertAlign w:val="baseline"/>
          <w:rtl w:val="0"/>
        </w:rPr>
        <w:t xml:space="preserve">Current Membership (At time of writing):</w:t>
      </w:r>
      <w:r w:rsidDel="00000000" w:rsidR="00000000" w:rsidRPr="00000000">
        <w:rPr>
          <w:rFonts w:ascii="Arial" w:cs="Arial" w:eastAsia="Arial" w:hAnsi="Arial"/>
          <w:b w:val="0"/>
          <w:bCs w:val="0"/>
          <w:i w:val="0"/>
          <w:iCs w:val="0"/>
          <w:smallCaps w:val="0"/>
          <w:strike w:val="0"/>
          <w:color w:val="333333"/>
          <w:sz w:val="22"/>
          <w:szCs w:val="22"/>
          <w:u w:val="none"/>
          <w:shd w:fill="auto" w:val="clear"/>
          <w:vertAlign w:val="baseline"/>
          <w:rtl w:val="0"/>
        </w:rPr>
        <w:t xml:space="preserve"> 951 members (includes 87 brand-new members)</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360" w:right="0" w:hanging="360"/>
        <w:jc w:val="left"/>
        <w:rPr/>
      </w:pPr>
      <w:r w:rsidDel="00000000" w:rsidR="00000000" w:rsidRPr="00000000">
        <w:rPr>
          <w:rFonts w:ascii="Arial" w:cs="Arial" w:eastAsia="Arial" w:hAnsi="Arial"/>
          <w:b w:val="1"/>
          <w:bCs w:val="1"/>
          <w:i w:val="0"/>
          <w:iCs w:val="0"/>
          <w:smallCaps w:val="0"/>
          <w:strike w:val="0"/>
          <w:color w:val="333333"/>
          <w:sz w:val="22"/>
          <w:szCs w:val="22"/>
          <w:u w:val="none"/>
          <w:shd w:fill="auto" w:val="clear"/>
          <w:vertAlign w:val="baseline"/>
          <w:rtl w:val="0"/>
        </w:rPr>
        <w:t xml:space="preserve">Core Demographics:</w:t>
      </w:r>
      <w:r w:rsidDel="00000000" w:rsidR="00000000" w:rsidRPr="00000000">
        <w:rPr>
          <w:rFonts w:ascii="Arial" w:cs="Arial" w:eastAsia="Arial" w:hAnsi="Arial"/>
          <w:b w:val="0"/>
          <w:bCs w:val="0"/>
          <w:i w:val="0"/>
          <w:iCs w:val="0"/>
          <w:smallCaps w:val="0"/>
          <w:strike w:val="0"/>
          <w:color w:val="333333"/>
          <w:sz w:val="22"/>
          <w:szCs w:val="22"/>
          <w:u w:val="none"/>
          <w:shd w:fill="auto" w:val="clear"/>
          <w:vertAlign w:val="baseline"/>
          <w:rtl w:val="0"/>
        </w:rPr>
        <w:t xml:space="preserve"> The vast majority of our members continue to fall within the Single Adult and Joint Adult subscription categories.</w:t>
      </w:r>
    </w:p>
    <w:p w:rsidR="00000000" w:rsidDel="00000000" w:rsidP="00000000" w:rsidRDefault="00000000" w:rsidRPr="00000000" w14:paraId="0000000B">
      <w:pPr>
        <w:keepNext w:val="1"/>
        <w:spacing w:after="120" w:before="160" w:lineRule="auto"/>
        <w:rPr/>
      </w:pPr>
      <w:r w:rsidDel="00000000" w:rsidR="00000000" w:rsidRPr="00000000">
        <w:rPr>
          <w:b w:val="1"/>
          <w:bCs w:val="1"/>
          <w:color w:val="1b365d"/>
          <w:sz w:val="24"/>
          <w:szCs w:val="24"/>
          <w:rtl w:val="0"/>
        </w:rPr>
        <w:t xml:space="preserve">Retention and Follow-Up Strategy</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Currently, approximately 739 members have not yet renewed for the upcoming season but on field action has not yet begun. The membership team will proactively contact these individuals to understand their status. We recognise that non-renewals are often due to simple oversights, summer holidays, or missed emails,rather than chosing not to rejoin.</w:t>
      </w:r>
    </w:p>
    <w:p w:rsidR="00000000" w:rsidDel="00000000" w:rsidP="00000000" w:rsidRDefault="00000000" w:rsidRPr="00000000" w14:paraId="0000000D">
      <w:pPr>
        <w:keepNext w:val="1"/>
        <w:spacing w:after="120" w:before="240" w:lineRule="auto"/>
        <w:rPr/>
      </w:pPr>
      <w:r w:rsidDel="00000000" w:rsidR="00000000" w:rsidRPr="00000000">
        <w:rPr>
          <w:b w:val="1"/>
          <w:bCs w:val="1"/>
          <w:color w:val="4b6b94"/>
          <w:sz w:val="28"/>
          <w:szCs w:val="28"/>
          <w:rtl w:val="0"/>
        </w:rPr>
        <w:t xml:space="preserve">Platform Transition &amp; System Updates</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To better serve our growing club, we are upgrading our digital infrastructure:</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Arial" w:cs="Arial" w:eastAsia="Arial" w:hAnsi="Arial"/>
          <w:b w:val="1"/>
          <w:bCs w:val="1"/>
          <w:i w:val="0"/>
          <w:iCs w:val="0"/>
          <w:smallCaps w:val="0"/>
          <w:strike w:val="0"/>
          <w:color w:val="333333"/>
          <w:sz w:val="22"/>
          <w:szCs w:val="22"/>
          <w:u w:val="none"/>
          <w:shd w:fill="auto" w:val="clear"/>
          <w:vertAlign w:val="baseline"/>
          <w:rtl w:val="0"/>
        </w:rPr>
        <w:t xml:space="preserve">Moving on from Membermojo:</w:t>
      </w:r>
      <w:r w:rsidDel="00000000" w:rsidR="00000000" w:rsidRPr="00000000">
        <w:rPr>
          <w:rFonts w:ascii="Arial" w:cs="Arial" w:eastAsia="Arial" w:hAnsi="Arial"/>
          <w:b w:val="0"/>
          <w:bCs w:val="0"/>
          <w:i w:val="0"/>
          <w:iCs w:val="0"/>
          <w:smallCaps w:val="0"/>
          <w:strike w:val="0"/>
          <w:color w:val="333333"/>
          <w:sz w:val="22"/>
          <w:szCs w:val="22"/>
          <w:u w:val="none"/>
          <w:shd w:fill="auto" w:val="clear"/>
          <w:vertAlign w:val="baseline"/>
          <w:rtl w:val="0"/>
        </w:rPr>
        <w:t xml:space="preserve"> While Membermojo provided a stable platform for our past needs, our growth requires a system with greater flexibility.</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Arial" w:cs="Arial" w:eastAsia="Arial" w:hAnsi="Arial"/>
          <w:b w:val="1"/>
          <w:bCs w:val="1"/>
          <w:i w:val="0"/>
          <w:iCs w:val="0"/>
          <w:smallCaps w:val="0"/>
          <w:strike w:val="0"/>
          <w:color w:val="333333"/>
          <w:sz w:val="22"/>
          <w:szCs w:val="22"/>
          <w:u w:val="none"/>
          <w:shd w:fill="auto" w:val="clear"/>
          <w:vertAlign w:val="baseline"/>
          <w:rtl w:val="0"/>
        </w:rPr>
        <w:t xml:space="preserve">Future Benefits:</w:t>
      </w:r>
      <w:r w:rsidDel="00000000" w:rsidR="00000000" w:rsidRPr="00000000">
        <w:rPr>
          <w:rFonts w:ascii="Arial" w:cs="Arial" w:eastAsia="Arial" w:hAnsi="Arial"/>
          <w:b w:val="0"/>
          <w:bCs w:val="0"/>
          <w:i w:val="0"/>
          <w:iCs w:val="0"/>
          <w:smallCaps w:val="0"/>
          <w:strike w:val="0"/>
          <w:color w:val="333333"/>
          <w:sz w:val="22"/>
          <w:szCs w:val="22"/>
          <w:u w:val="none"/>
          <w:shd w:fill="auto" w:val="clear"/>
          <w:vertAlign w:val="baseline"/>
          <w:rtl w:val="0"/>
        </w:rPr>
        <w:t xml:space="preserve"> We are transitioning to a new application that offers advanced payment options, robust event planning/recording features, and enhanced general administration facilities.</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Arial" w:cs="Arial" w:eastAsia="Arial" w:hAnsi="Arial"/>
          <w:b w:val="1"/>
          <w:bCs w:val="1"/>
          <w:i w:val="0"/>
          <w:iCs w:val="0"/>
          <w:smallCaps w:val="0"/>
          <w:strike w:val="0"/>
          <w:color w:val="333333"/>
          <w:sz w:val="22"/>
          <w:szCs w:val="22"/>
          <w:u w:val="none"/>
          <w:shd w:fill="auto" w:val="clear"/>
          <w:vertAlign w:val="baseline"/>
          <w:rtl w:val="0"/>
        </w:rPr>
        <w:t xml:space="preserve">Cost Consolidation:</w:t>
      </w:r>
      <w:r w:rsidDel="00000000" w:rsidR="00000000" w:rsidRPr="00000000">
        <w:rPr>
          <w:rFonts w:ascii="Arial" w:cs="Arial" w:eastAsia="Arial" w:hAnsi="Arial"/>
          <w:b w:val="0"/>
          <w:bCs w:val="0"/>
          <w:i w:val="0"/>
          <w:iCs w:val="0"/>
          <w:smallCaps w:val="0"/>
          <w:strike w:val="0"/>
          <w:color w:val="333333"/>
          <w:sz w:val="22"/>
          <w:szCs w:val="22"/>
          <w:u w:val="none"/>
          <w:shd w:fill="auto" w:val="clear"/>
          <w:vertAlign w:val="baseline"/>
          <w:rtl w:val="0"/>
        </w:rPr>
        <w:t xml:space="preserve"> Over the coming months, members will notice changes in how events are advertised. Centralising these features will allow us to cancel redundant software subscriptions and reduce club overheads.</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360" w:right="0" w:hanging="360"/>
        <w:jc w:val="left"/>
        <w:rPr/>
      </w:pPr>
      <w:r w:rsidDel="00000000" w:rsidR="00000000" w:rsidRPr="00000000">
        <w:rPr>
          <w:rFonts w:ascii="Arial" w:cs="Arial" w:eastAsia="Arial" w:hAnsi="Arial"/>
          <w:b w:val="1"/>
          <w:bCs w:val="1"/>
          <w:i w:val="0"/>
          <w:iCs w:val="0"/>
          <w:smallCaps w:val="0"/>
          <w:strike w:val="0"/>
          <w:color w:val="333333"/>
          <w:sz w:val="22"/>
          <w:szCs w:val="22"/>
          <w:u w:val="none"/>
          <w:shd w:fill="auto" w:val="clear"/>
          <w:vertAlign w:val="baseline"/>
          <w:rtl w:val="0"/>
        </w:rPr>
        <w:t xml:space="preserve">Apology for System Oversight:</w:t>
      </w:r>
      <w:r w:rsidDel="00000000" w:rsidR="00000000" w:rsidRPr="00000000">
        <w:rPr>
          <w:rFonts w:ascii="Arial" w:cs="Arial" w:eastAsia="Arial" w:hAnsi="Arial"/>
          <w:b w:val="0"/>
          <w:bCs w:val="0"/>
          <w:i w:val="0"/>
          <w:iCs w:val="0"/>
          <w:smallCaps w:val="0"/>
          <w:strike w:val="0"/>
          <w:color w:val="333333"/>
          <w:sz w:val="22"/>
          <w:szCs w:val="22"/>
          <w:u w:val="none"/>
          <w:shd w:fill="auto" w:val="clear"/>
          <w:vertAlign w:val="baseline"/>
          <w:rtl w:val="0"/>
        </w:rPr>
        <w:t xml:space="preserve"> The committee sincerely apologises for the spurious, automated renewal emails sent out by Membermojo. This was an administrative oversight, and we appreciate your patience and understanding.</w:t>
      </w:r>
    </w:p>
    <w:p w:rsidR="00000000" w:rsidDel="00000000" w:rsidP="00000000" w:rsidRDefault="00000000" w:rsidRPr="00000000" w14:paraId="00000013">
      <w:pPr>
        <w:keepNext w:val="1"/>
        <w:spacing w:after="120" w:before="240" w:lineRule="auto"/>
        <w:rPr/>
      </w:pPr>
      <w:r w:rsidDel="00000000" w:rsidR="00000000" w:rsidRPr="00000000">
        <w:rPr>
          <w:b w:val="1"/>
          <w:bCs w:val="1"/>
          <w:color w:val="4b6b94"/>
          <w:sz w:val="28"/>
          <w:szCs w:val="28"/>
          <w:rtl w:val="0"/>
        </w:rPr>
        <w:t xml:space="preserve">Operational Logistics &amp; Fulfilment Workflow</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Managing record-breaking numbers dramatically increased our manual workload. Following automated renewal confirmations, the team executes a rigorous multi-step fulfillment process to ensure every member receives their card, badge, and club gifts.</w:t>
      </w:r>
    </w:p>
    <w:p w:rsidR="00000000" w:rsidDel="00000000" w:rsidP="00000000" w:rsidRDefault="00000000" w:rsidRPr="00000000" w14:paraId="00000015">
      <w:pPr>
        <w:keepNext w:val="1"/>
        <w:spacing w:after="120" w:before="160" w:lineRule="auto"/>
        <w:rPr/>
      </w:pPr>
      <w:r w:rsidDel="00000000" w:rsidR="00000000" w:rsidRPr="00000000">
        <w:rPr>
          <w:b w:val="1"/>
          <w:bCs w:val="1"/>
          <w:color w:val="1b365d"/>
          <w:sz w:val="24"/>
          <w:szCs w:val="24"/>
          <w:rtl w:val="0"/>
        </w:rPr>
        <w:t xml:space="preserve">Phase 1: Prior to Receiving Printed Membership Cards</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Arial" w:cs="Arial" w:eastAsia="Arial" w:hAnsi="Arial"/>
          <w:b w:val="1"/>
          <w:bCs w:val="1"/>
          <w:i w:val="0"/>
          <w:iCs w:val="0"/>
          <w:smallCaps w:val="0"/>
          <w:strike w:val="0"/>
          <w:color w:val="333333"/>
          <w:sz w:val="22"/>
          <w:szCs w:val="22"/>
          <w:u w:val="none"/>
          <w:shd w:fill="auto" w:val="clear"/>
          <w:vertAlign w:val="baseline"/>
          <w:rtl w:val="0"/>
        </w:rPr>
        <w:t xml:space="preserve">Data Export:</w:t>
      </w:r>
      <w:r w:rsidDel="00000000" w:rsidR="00000000" w:rsidRPr="00000000">
        <w:rPr>
          <w:rFonts w:ascii="Arial" w:cs="Arial" w:eastAsia="Arial" w:hAnsi="Arial"/>
          <w:b w:val="0"/>
          <w:bCs w:val="0"/>
          <w:i w:val="0"/>
          <w:iCs w:val="0"/>
          <w:smallCaps w:val="0"/>
          <w:strike w:val="0"/>
          <w:color w:val="333333"/>
          <w:sz w:val="22"/>
          <w:szCs w:val="22"/>
          <w:u w:val="none"/>
          <w:shd w:fill="auto" w:val="clear"/>
          <w:vertAlign w:val="baseline"/>
          <w:rtl w:val="0"/>
        </w:rPr>
        <w:t xml:space="preserve"> Generate and clean the master member list report for our commercial printers.</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Arial" w:cs="Arial" w:eastAsia="Arial" w:hAnsi="Arial"/>
          <w:b w:val="1"/>
          <w:bCs w:val="1"/>
          <w:i w:val="0"/>
          <w:iCs w:val="0"/>
          <w:smallCaps w:val="0"/>
          <w:strike w:val="0"/>
          <w:color w:val="333333"/>
          <w:sz w:val="22"/>
          <w:szCs w:val="22"/>
          <w:u w:val="none"/>
          <w:shd w:fill="auto" w:val="clear"/>
          <w:vertAlign w:val="baseline"/>
          <w:rtl w:val="0"/>
        </w:rPr>
        <w:t xml:space="preserve">Label Preparation:</w:t>
      </w:r>
      <w:r w:rsidDel="00000000" w:rsidR="00000000" w:rsidRPr="00000000">
        <w:rPr>
          <w:rFonts w:ascii="Arial" w:cs="Arial" w:eastAsia="Arial" w:hAnsi="Arial"/>
          <w:b w:val="0"/>
          <w:bCs w:val="0"/>
          <w:i w:val="0"/>
          <w:iCs w:val="0"/>
          <w:smallCaps w:val="0"/>
          <w:strike w:val="0"/>
          <w:color w:val="333333"/>
          <w:sz w:val="22"/>
          <w:szCs w:val="22"/>
          <w:u w:val="none"/>
          <w:shd w:fill="auto" w:val="clear"/>
          <w:vertAlign w:val="baseline"/>
          <w:rtl w:val="0"/>
        </w:rPr>
        <w:t xml:space="preserve"> Print individual member address labels.</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360" w:right="0" w:hanging="360"/>
        <w:jc w:val="left"/>
        <w:rPr/>
      </w:pPr>
      <w:r w:rsidDel="00000000" w:rsidR="00000000" w:rsidRPr="00000000">
        <w:rPr>
          <w:rFonts w:ascii="Arial" w:cs="Arial" w:eastAsia="Arial" w:hAnsi="Arial"/>
          <w:b w:val="1"/>
          <w:bCs w:val="1"/>
          <w:i w:val="0"/>
          <w:iCs w:val="0"/>
          <w:smallCaps w:val="0"/>
          <w:strike w:val="0"/>
          <w:color w:val="333333"/>
          <w:sz w:val="22"/>
          <w:szCs w:val="22"/>
          <w:u w:val="none"/>
          <w:shd w:fill="auto" w:val="clear"/>
          <w:vertAlign w:val="baseline"/>
          <w:rtl w:val="0"/>
        </w:rPr>
        <w:t xml:space="preserve">Envelope Preparation:</w:t>
      </w:r>
      <w:r w:rsidDel="00000000" w:rsidR="00000000" w:rsidRPr="00000000">
        <w:rPr>
          <w:rFonts w:ascii="Arial" w:cs="Arial" w:eastAsia="Arial" w:hAnsi="Arial"/>
          <w:b w:val="0"/>
          <w:bCs w:val="0"/>
          <w:i w:val="0"/>
          <w:iCs w:val="0"/>
          <w:smallCaps w:val="0"/>
          <w:strike w:val="0"/>
          <w:color w:val="333333"/>
          <w:sz w:val="22"/>
          <w:szCs w:val="22"/>
          <w:u w:val="none"/>
          <w:shd w:fill="auto" w:val="clear"/>
          <w:vertAlign w:val="baseline"/>
          <w:rtl w:val="0"/>
        </w:rPr>
        <w:t xml:space="preserve"> Affix printed labels to mailing envelopes.</w:t>
      </w:r>
    </w:p>
    <w:p w:rsidR="00000000" w:rsidDel="00000000" w:rsidP="00000000" w:rsidRDefault="00000000" w:rsidRPr="00000000" w14:paraId="00000019">
      <w:pPr>
        <w:keepNext w:val="1"/>
        <w:spacing w:after="120" w:before="160" w:lineRule="auto"/>
        <w:rPr/>
      </w:pPr>
      <w:r w:rsidDel="00000000" w:rsidR="00000000" w:rsidRPr="00000000">
        <w:rPr>
          <w:b w:val="1"/>
          <w:bCs w:val="1"/>
          <w:color w:val="1b365d"/>
          <w:sz w:val="24"/>
          <w:szCs w:val="24"/>
          <w:rtl w:val="0"/>
        </w:rPr>
        <w:t xml:space="preserve">Phase 2: Upon Receipt of Printed Cards</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Arial" w:cs="Arial" w:eastAsia="Arial" w:hAnsi="Arial"/>
          <w:b w:val="1"/>
          <w:bCs w:val="1"/>
          <w:i w:val="0"/>
          <w:iCs w:val="0"/>
          <w:smallCaps w:val="0"/>
          <w:strike w:val="0"/>
          <w:color w:val="333333"/>
          <w:sz w:val="22"/>
          <w:szCs w:val="22"/>
          <w:u w:val="none"/>
          <w:shd w:fill="auto" w:val="clear"/>
          <w:vertAlign w:val="baseline"/>
          <w:rtl w:val="0"/>
        </w:rPr>
        <w:t xml:space="preserve">Quality Assurance:</w:t>
      </w:r>
      <w:r w:rsidDel="00000000" w:rsidR="00000000" w:rsidRPr="00000000">
        <w:rPr>
          <w:rFonts w:ascii="Arial" w:cs="Arial" w:eastAsia="Arial" w:hAnsi="Arial"/>
          <w:b w:val="0"/>
          <w:bCs w:val="0"/>
          <w:i w:val="0"/>
          <w:iCs w:val="0"/>
          <w:smallCaps w:val="0"/>
          <w:strike w:val="0"/>
          <w:color w:val="333333"/>
          <w:sz w:val="22"/>
          <w:szCs w:val="22"/>
          <w:u w:val="none"/>
          <w:shd w:fill="auto" w:val="clear"/>
          <w:vertAlign w:val="baseline"/>
          <w:rtl w:val="0"/>
        </w:rPr>
        <w:t xml:space="preserve"> Cross-check all received physical cards against the master membership list.</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Arial" w:cs="Arial" w:eastAsia="Arial" w:hAnsi="Arial"/>
          <w:b w:val="1"/>
          <w:bCs w:val="1"/>
          <w:i w:val="0"/>
          <w:iCs w:val="0"/>
          <w:smallCaps w:val="0"/>
          <w:strike w:val="0"/>
          <w:color w:val="333333"/>
          <w:sz w:val="22"/>
          <w:szCs w:val="22"/>
          <w:u w:val="none"/>
          <w:shd w:fill="auto" w:val="clear"/>
          <w:vertAlign w:val="baseline"/>
          <w:rtl w:val="0"/>
        </w:rPr>
        <w:t xml:space="preserve">Sorting:</w:t>
      </w:r>
      <w:r w:rsidDel="00000000" w:rsidR="00000000" w:rsidRPr="00000000">
        <w:rPr>
          <w:rFonts w:ascii="Arial" w:cs="Arial" w:eastAsia="Arial" w:hAnsi="Arial"/>
          <w:b w:val="0"/>
          <w:bCs w:val="0"/>
          <w:i w:val="0"/>
          <w:iCs w:val="0"/>
          <w:smallCaps w:val="0"/>
          <w:strike w:val="0"/>
          <w:color w:val="333333"/>
          <w:sz w:val="22"/>
          <w:szCs w:val="22"/>
          <w:u w:val="none"/>
          <w:shd w:fill="auto" w:val="clear"/>
          <w:vertAlign w:val="baseline"/>
          <w:rtl w:val="0"/>
        </w:rPr>
        <w:t xml:space="preserve"> Alphabetise all cards to streamline packing.</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Arial" w:cs="Arial" w:eastAsia="Arial" w:hAnsi="Arial"/>
          <w:b w:val="1"/>
          <w:bCs w:val="1"/>
          <w:i w:val="0"/>
          <w:iCs w:val="0"/>
          <w:smallCaps w:val="0"/>
          <w:strike w:val="0"/>
          <w:color w:val="333333"/>
          <w:sz w:val="22"/>
          <w:szCs w:val="22"/>
          <w:u w:val="none"/>
          <w:shd w:fill="auto" w:val="clear"/>
          <w:vertAlign w:val="baseline"/>
          <w:rtl w:val="0"/>
        </w:rPr>
        <w:t xml:space="preserve">Assembly:</w:t>
      </w:r>
      <w:r w:rsidDel="00000000" w:rsidR="00000000" w:rsidRPr="00000000">
        <w:rPr>
          <w:rFonts w:ascii="Arial" w:cs="Arial" w:eastAsia="Arial" w:hAnsi="Arial"/>
          <w:b w:val="0"/>
          <w:bCs w:val="0"/>
          <w:i w:val="0"/>
          <w:iCs w:val="0"/>
          <w:smallCaps w:val="0"/>
          <w:strike w:val="0"/>
          <w:color w:val="333333"/>
          <w:sz w:val="22"/>
          <w:szCs w:val="22"/>
          <w:u w:val="none"/>
          <w:shd w:fill="auto" w:val="clear"/>
          <w:vertAlign w:val="baseline"/>
          <w:rtl w:val="0"/>
        </w:rPr>
        <w:t xml:space="preserve"> Place the membership card(s), club badge, and promotional </w:t>
      </w:r>
      <w:r w:rsidDel="00000000" w:rsidR="00000000" w:rsidRPr="00000000">
        <w:rPr>
          <w:rtl w:val="0"/>
        </w:rPr>
        <w:t xml:space="preserve">gifts </w:t>
      </w:r>
      <w:r w:rsidDel="00000000" w:rsidR="00000000" w:rsidRPr="00000000">
        <w:rPr>
          <w:rFonts w:ascii="Arial" w:cs="Arial" w:eastAsia="Arial" w:hAnsi="Arial"/>
          <w:b w:val="0"/>
          <w:bCs w:val="0"/>
          <w:i w:val="0"/>
          <w:iCs w:val="0"/>
          <w:smallCaps w:val="0"/>
          <w:strike w:val="0"/>
          <w:color w:val="333333"/>
          <w:sz w:val="22"/>
          <w:szCs w:val="22"/>
          <w:u w:val="none"/>
          <w:shd w:fill="auto" w:val="clear"/>
          <w:vertAlign w:val="baseline"/>
          <w:rtl w:val="0"/>
        </w:rPr>
        <w:t xml:space="preserve">into the corresponding envelopes.</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360" w:right="0" w:hanging="360"/>
        <w:jc w:val="left"/>
        <w:rPr/>
      </w:pPr>
      <w:r w:rsidDel="00000000" w:rsidR="00000000" w:rsidRPr="00000000">
        <w:rPr>
          <w:rFonts w:ascii="Arial" w:cs="Arial" w:eastAsia="Arial" w:hAnsi="Arial"/>
          <w:b w:val="1"/>
          <w:bCs w:val="1"/>
          <w:i w:val="0"/>
          <w:iCs w:val="0"/>
          <w:smallCaps w:val="0"/>
          <w:strike w:val="0"/>
          <w:color w:val="333333"/>
          <w:sz w:val="22"/>
          <w:szCs w:val="22"/>
          <w:u w:val="none"/>
          <w:shd w:fill="auto" w:val="clear"/>
          <w:vertAlign w:val="baseline"/>
          <w:rtl w:val="0"/>
        </w:rPr>
        <w:t xml:space="preserve">Postage:</w:t>
      </w:r>
      <w:r w:rsidDel="00000000" w:rsidR="00000000" w:rsidRPr="00000000">
        <w:rPr>
          <w:rFonts w:ascii="Arial" w:cs="Arial" w:eastAsia="Arial" w:hAnsi="Arial"/>
          <w:b w:val="0"/>
          <w:bCs w:val="0"/>
          <w:i w:val="0"/>
          <w:iCs w:val="0"/>
          <w:smallCaps w:val="0"/>
          <w:strike w:val="0"/>
          <w:color w:val="333333"/>
          <w:sz w:val="22"/>
          <w:szCs w:val="22"/>
          <w:u w:val="none"/>
          <w:shd w:fill="auto" w:val="clear"/>
          <w:vertAlign w:val="baseline"/>
          <w:rtl w:val="0"/>
        </w:rPr>
        <w:t xml:space="preserve"> Add stamps to all prepared envelopes and dispatch via Royal Mai</w:t>
      </w:r>
      <w:r w:rsidDel="00000000" w:rsidR="00000000" w:rsidRPr="00000000">
        <w:rPr>
          <w:rtl w:val="0"/>
        </w:rPr>
        <w:t xml:space="preserve">l</w:t>
      </w:r>
      <w:r w:rsidDel="00000000" w:rsidR="00000000" w:rsidRPr="00000000">
        <w:rPr>
          <w:rFonts w:ascii="Arial" w:cs="Arial" w:eastAsia="Arial" w:hAnsi="Arial"/>
          <w:b w:val="0"/>
          <w:bCs w:val="0"/>
          <w:i w:val="0"/>
          <w:iCs w:val="0"/>
          <w:smallCaps w:val="0"/>
          <w:strike w:val="0"/>
          <w:color w:val="333333"/>
          <w:sz w:val="22"/>
          <w:szCs w:val="22"/>
          <w:u w:val="none"/>
          <w:shd w:fill="auto" w:val="clear"/>
          <w:vertAlign w:val="baseline"/>
          <w:rtl w:val="0"/>
        </w:rPr>
        <w:t xml:space="preserv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300" w:lineRule="auto"/>
        <w:ind w:left="360" w:right="0" w:firstLine="0"/>
        <w:jc w:val="right"/>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300" w:lineRule="auto"/>
        <w:ind w:left="360" w:right="0" w:firstLine="0"/>
        <w:jc w:val="right"/>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300" w:lineRule="auto"/>
        <w:ind w:left="360" w:right="0" w:firstLine="0"/>
        <w:jc w:val="right"/>
        <w:rPr/>
      </w:pPr>
      <w:r w:rsidDel="00000000" w:rsidR="00000000" w:rsidRPr="00000000">
        <w:rPr>
          <w:rtl w:val="0"/>
        </w:rPr>
        <w:t xml:space="preserve">Huw Willetts - Membership Officer</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300" w:lineRule="auto"/>
        <w:ind w:left="360" w:right="0" w:firstLine="0"/>
        <w:jc w:val="right"/>
        <w:rPr/>
      </w:pPr>
      <w:r w:rsidDel="00000000" w:rsidR="00000000" w:rsidRPr="00000000">
        <w:rPr>
          <w:rtl w:val="0"/>
        </w:rPr>
        <w:t xml:space="preserve">August 2026</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333333"/>
        <w:sz w:val="22"/>
        <w:szCs w:val="22"/>
        <w:lang w:val="en"/>
      </w:rPr>
    </w:rPrDefault>
    <w:pPrDefault>
      <w:pPr>
        <w:spacing w:after="160" w:line="3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e47PNH0btoOVLagcAO69pJ8I3g==">CgMxLjA4AHIhMUs4MFBFd3JkREJzQzhNZTZRaVdtR3lGOXBxLWRBRTVz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